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4876"/>
        <w:gridCol w:w="2721"/>
      </w:tblGrid>
      <w:tr w:rsidR="007719D2" w14:paraId="74EB5CDF" w14:textId="77777777">
        <w:trPr>
          <w:cantSplit/>
          <w:jc w:val="center"/>
        </w:trPr>
        <w:tc>
          <w:tcPr>
            <w:tcW w:w="3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AF27" w14:textId="77777777" w:rsidR="007719D2" w:rsidRDefault="00000000">
            <w:pPr>
              <w:pBdr>
                <w:top w:val="dashed" w:sz="4" w:space="4" w:color="707070"/>
                <w:left w:val="dashed" w:sz="4" w:space="4" w:color="707070"/>
                <w:right w:val="dashed" w:sz="4" w:space="4" w:color="707070"/>
              </w:pBdr>
              <w:spacing w:after="60"/>
              <w:ind w:left="102" w:right="85"/>
            </w:pPr>
            <w:r>
              <w:rPr>
                <w:rFonts w:eastAsia="Arial" w:cs="Arial"/>
                <w:b/>
                <w:sz w:val="15"/>
                <w:lang w:val="hr-HR"/>
              </w:rPr>
              <w:t>POPUNJAVA OPĆINA GRADIŠTE:</w:t>
            </w:r>
          </w:p>
          <w:p w14:paraId="12C967C7" w14:textId="77777777" w:rsidR="007719D2" w:rsidRDefault="00000000">
            <w:pPr>
              <w:pBdr>
                <w:left w:val="dashed" w:sz="4" w:space="4" w:color="707070"/>
                <w:right w:val="dashed" w:sz="4" w:space="4" w:color="707070"/>
              </w:pBdr>
              <w:spacing w:after="40"/>
              <w:ind w:left="102" w:right="85"/>
            </w:pPr>
            <w:r>
              <w:rPr>
                <w:rFonts w:eastAsia="Arial" w:cs="Arial"/>
                <w:b/>
                <w:sz w:val="16"/>
                <w:lang w:val="hr-HR"/>
              </w:rPr>
              <w:t>KLASA:</w:t>
            </w:r>
            <w:r>
              <w:rPr>
                <w:rFonts w:eastAsia="Arial" w:cs="Arial"/>
                <w:sz w:val="16"/>
                <w:lang w:val="hr-HR"/>
              </w:rPr>
              <w:t xml:space="preserve"> ____________________</w:t>
            </w:r>
          </w:p>
          <w:p w14:paraId="539EF364" w14:textId="77777777" w:rsidR="007719D2" w:rsidRDefault="00000000">
            <w:pPr>
              <w:pBdr>
                <w:left w:val="dashed" w:sz="4" w:space="4" w:color="707070"/>
                <w:right w:val="dashed" w:sz="4" w:space="4" w:color="707070"/>
              </w:pBdr>
              <w:spacing w:after="40"/>
              <w:ind w:left="102" w:right="85"/>
            </w:pPr>
            <w:r>
              <w:rPr>
                <w:rFonts w:eastAsia="Arial" w:cs="Arial"/>
                <w:b/>
                <w:sz w:val="16"/>
                <w:lang w:val="hr-HR"/>
              </w:rPr>
              <w:t>URBROJ:</w:t>
            </w:r>
            <w:r>
              <w:rPr>
                <w:rFonts w:eastAsia="Arial" w:cs="Arial"/>
                <w:sz w:val="16"/>
                <w:lang w:val="hr-HR"/>
              </w:rPr>
              <w:t xml:space="preserve"> ___________________</w:t>
            </w:r>
          </w:p>
          <w:p w14:paraId="13EC22B7" w14:textId="77777777" w:rsidR="007719D2" w:rsidRDefault="00000000">
            <w:pPr>
              <w:pBdr>
                <w:left w:val="dashed" w:sz="4" w:space="4" w:color="707070"/>
                <w:bottom w:val="dashed" w:sz="4" w:space="4" w:color="707070"/>
                <w:right w:val="dashed" w:sz="4" w:space="4" w:color="707070"/>
              </w:pBdr>
              <w:spacing w:after="40"/>
              <w:ind w:left="102" w:right="85"/>
            </w:pPr>
            <w:r>
              <w:rPr>
                <w:rFonts w:eastAsia="Arial" w:cs="Arial"/>
                <w:b/>
                <w:sz w:val="16"/>
                <w:lang w:val="hr-HR"/>
              </w:rPr>
              <w:t>Zaprimljeno:</w:t>
            </w:r>
            <w:r>
              <w:rPr>
                <w:rFonts w:eastAsia="Arial" w:cs="Arial"/>
                <w:sz w:val="16"/>
                <w:lang w:val="hr-HR"/>
              </w:rPr>
              <w:t xml:space="preserve"> ____________ 2026.</w:t>
            </w:r>
          </w:p>
        </w:tc>
        <w:tc>
          <w:tcPr>
            <w:tcW w:w="48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C82B9" w14:textId="77777777" w:rsidR="007719D2" w:rsidRDefault="00000000">
            <w:pPr>
              <w:pStyle w:val="Naslov"/>
              <w:spacing w:before="320" w:after="100" w:line="259" w:lineRule="auto"/>
              <w:jc w:val="center"/>
            </w:pPr>
            <w:r>
              <w:rPr>
                <w:rFonts w:ascii="Arial" w:eastAsia="Arial" w:hAnsi="Arial" w:cs="Arial"/>
                <w:sz w:val="25"/>
                <w:lang w:val="hr-HR"/>
              </w:rPr>
              <w:t>- ZAHTJEV ZA OSTVARIVANJE</w:t>
            </w:r>
            <w:r>
              <w:rPr>
                <w:rFonts w:ascii="Arial" w:eastAsia="Arial" w:hAnsi="Arial" w:cs="Arial"/>
                <w:sz w:val="25"/>
                <w:lang w:val="hr-HR"/>
              </w:rPr>
              <w:br/>
              <w:t>PRAVA NA BOŽIĆNICU ZA 2026.</w:t>
            </w:r>
            <w:r>
              <w:rPr>
                <w:rFonts w:ascii="Arial" w:eastAsia="Arial" w:hAnsi="Arial" w:cs="Arial"/>
                <w:sz w:val="25"/>
                <w:lang w:val="hr-HR"/>
              </w:rPr>
              <w:br/>
              <w:t>GODINU -</w:t>
            </w:r>
          </w:p>
          <w:p w14:paraId="462FCE8B" w14:textId="77777777" w:rsidR="007719D2" w:rsidRDefault="00000000">
            <w:pPr>
              <w:jc w:val="center"/>
            </w:pPr>
            <w:r>
              <w:rPr>
                <w:rFonts w:eastAsia="Arial" w:cs="Arial"/>
                <w:sz w:val="16"/>
                <w:lang w:val="hr-HR"/>
              </w:rPr>
              <w:t>Jedinstveni upravni odjel Općine Gradište</w:t>
            </w:r>
          </w:p>
        </w:tc>
        <w:tc>
          <w:tcPr>
            <w:tcW w:w="27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39472" w14:textId="77777777" w:rsidR="007719D2" w:rsidRDefault="00000000">
            <w:pPr>
              <w:spacing w:after="40"/>
              <w:jc w:val="right"/>
            </w:pPr>
            <w:r>
              <w:rPr>
                <w:noProof/>
              </w:rPr>
              <w:drawing>
                <wp:inline distT="0" distB="0" distL="0" distR="0" wp14:anchorId="0FF621A6" wp14:editId="70759174">
                  <wp:extent cx="694800" cy="682895"/>
                  <wp:effectExtent l="0" t="0" r="0" b="0"/>
                  <wp:docPr id="1" name="Picture 1" descr="QR kod Općine Gradiš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Gradiste_2026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800" cy="68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32AD1D" w14:textId="77777777" w:rsidR="007719D2" w:rsidRDefault="00000000">
            <w:pPr>
              <w:pBdr>
                <w:top w:val="single" w:sz="4" w:space="1" w:color="707070"/>
                <w:left w:val="single" w:sz="4" w:space="1" w:color="707070"/>
                <w:bottom w:val="single" w:sz="4" w:space="1" w:color="707070"/>
                <w:right w:val="single" w:sz="4" w:space="1" w:color="707070"/>
              </w:pBdr>
              <w:spacing w:after="80"/>
              <w:jc w:val="center"/>
            </w:pPr>
            <w:r>
              <w:rPr>
                <w:rFonts w:eastAsia="Arial" w:cs="Arial"/>
                <w:b/>
                <w:sz w:val="16"/>
                <w:lang w:val="hr-HR"/>
              </w:rPr>
              <w:t>ID:</w:t>
            </w:r>
            <w:r>
              <w:rPr>
                <w:rFonts w:eastAsia="Arial" w:cs="Arial"/>
                <w:sz w:val="16"/>
                <w:lang w:val="hr-HR"/>
              </w:rPr>
              <w:t xml:space="preserve"> ________ </w:t>
            </w:r>
            <w:r>
              <w:rPr>
                <w:rFonts w:eastAsia="Arial" w:cs="Arial"/>
                <w:i/>
                <w:sz w:val="16"/>
                <w:lang w:val="hr-HR"/>
              </w:rPr>
              <w:t>(popunjava JUO)</w:t>
            </w:r>
          </w:p>
          <w:p w14:paraId="6027E0E3" w14:textId="77777777" w:rsidR="007719D2" w:rsidRDefault="00000000">
            <w:pPr>
              <w:pBdr>
                <w:top w:val="single" w:sz="4" w:space="3" w:color="707070"/>
                <w:left w:val="single" w:sz="4" w:space="3" w:color="707070"/>
                <w:bottom w:val="single" w:sz="4" w:space="3" w:color="707070"/>
                <w:right w:val="single" w:sz="4" w:space="3" w:color="707070"/>
              </w:pBdr>
              <w:spacing w:line="264" w:lineRule="auto"/>
              <w:jc w:val="center"/>
            </w:pPr>
            <w:r>
              <w:rPr>
                <w:rFonts w:eastAsia="Arial" w:cs="Arial"/>
                <w:b/>
                <w:sz w:val="17"/>
                <w:lang w:val="hr-HR"/>
              </w:rPr>
              <w:t>Općina Gradište</w:t>
            </w:r>
            <w:r>
              <w:rPr>
                <w:rFonts w:eastAsia="Arial" w:cs="Arial"/>
                <w:sz w:val="17"/>
                <w:lang w:val="hr-HR"/>
              </w:rPr>
              <w:br/>
              <w:t>Trg H. Velikana 5</w:t>
            </w:r>
            <w:r>
              <w:rPr>
                <w:rFonts w:eastAsia="Arial" w:cs="Arial"/>
                <w:sz w:val="17"/>
                <w:lang w:val="hr-HR"/>
              </w:rPr>
              <w:br/>
              <w:t>32273 GRADIŠTE</w:t>
            </w:r>
          </w:p>
        </w:tc>
      </w:tr>
    </w:tbl>
    <w:p w14:paraId="0456D33F" w14:textId="77777777" w:rsidR="007719D2" w:rsidRDefault="007719D2">
      <w:pPr>
        <w:spacing w:line="340" w:lineRule="exact"/>
      </w:pPr>
    </w:p>
    <w:tbl>
      <w:tblPr>
        <w:tblW w:w="0" w:type="auto"/>
        <w:jc w:val="center"/>
        <w:tblBorders>
          <w:top w:val="single" w:sz="4" w:space="0" w:color="757575"/>
          <w:left w:val="single" w:sz="4" w:space="0" w:color="757575"/>
          <w:bottom w:val="single" w:sz="4" w:space="0" w:color="757575"/>
          <w:right w:val="single" w:sz="4" w:space="0" w:color="757575"/>
          <w:insideH w:val="single" w:sz="4" w:space="0" w:color="757575"/>
          <w:insideV w:val="single" w:sz="4" w:space="0" w:color="757575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8050"/>
      </w:tblGrid>
      <w:tr w:rsidR="007719D2" w14:paraId="6817A0B5" w14:textId="77777777">
        <w:trPr>
          <w:cantSplit/>
          <w:trHeight w:val="460"/>
          <w:jc w:val="center"/>
        </w:trPr>
        <w:tc>
          <w:tcPr>
            <w:tcW w:w="2721" w:type="dxa"/>
            <w:shd w:val="clear" w:color="auto" w:fill="F3F3F3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1F2D1A9" w14:textId="77777777" w:rsidR="007719D2" w:rsidRDefault="00000000">
            <w:r>
              <w:rPr>
                <w:rFonts w:eastAsia="Arial" w:cs="Arial"/>
                <w:b/>
                <w:lang w:val="hr-HR"/>
              </w:rPr>
              <w:t>Ime i prezime:</w:t>
            </w:r>
          </w:p>
        </w:tc>
        <w:bookmarkStart w:id="0" w:name="ImePrezime"/>
        <w:tc>
          <w:tcPr>
            <w:tcW w:w="805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61F598" w14:textId="474D3205" w:rsidR="007719D2" w:rsidRDefault="00000000"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ImePrezime"/>
                  <w:enabled/>
                  <w:calcOnExit w:val="0"/>
                  <w:helpText w:type="text" w:val="Unesite ime i prezime podnositelja zahtjeva."/>
                  <w:statusText w:type="text" w:val="Unesite ime i prezime podnositelja zahtjeva."/>
                  <w:textInput>
                    <w:maxLength w:val="100"/>
                  </w:textInput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FORMTEXT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noProof/>
                <w:sz w:val="21"/>
                <w:shd w:val="clear" w:color="auto" w:fill="EDF1F4"/>
                <w:lang w:val="hr-HR"/>
              </w:rPr>
              <w:t>     </w:t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0"/>
          </w:p>
        </w:tc>
      </w:tr>
      <w:tr w:rsidR="007719D2" w14:paraId="603E7A51" w14:textId="77777777">
        <w:trPr>
          <w:cantSplit/>
          <w:trHeight w:val="460"/>
          <w:jc w:val="center"/>
        </w:trPr>
        <w:tc>
          <w:tcPr>
            <w:tcW w:w="2721" w:type="dxa"/>
            <w:shd w:val="clear" w:color="auto" w:fill="F3F3F3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D7D2D72" w14:textId="77777777" w:rsidR="007719D2" w:rsidRDefault="00000000">
            <w:r>
              <w:rPr>
                <w:rFonts w:eastAsia="Arial" w:cs="Arial"/>
                <w:b/>
                <w:lang w:val="hr-HR"/>
              </w:rPr>
              <w:t>Adresa prebivališta:</w:t>
            </w:r>
          </w:p>
        </w:tc>
        <w:bookmarkStart w:id="1" w:name="Adresa"/>
        <w:tc>
          <w:tcPr>
            <w:tcW w:w="805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456B9E" w14:textId="77777777" w:rsidR="007719D2" w:rsidRDefault="00000000"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Adresa"/>
                  <w:enabled/>
                  <w:calcOnExit w:val="0"/>
                  <w:helpText w:type="text" w:val="Unesite adresu prebivališta podnositelja zahtjeva."/>
                  <w:statusText w:type="text" w:val="Unesite adresu prebivališta podnositelja zahtjeva."/>
                  <w:textInput>
                    <w:maxLength w:val="160"/>
                  </w:textInput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FORMTEXT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noProof/>
                <w:sz w:val="21"/>
                <w:shd w:val="clear" w:color="auto" w:fill="EDF1F4"/>
                <w:lang w:val="hr-HR"/>
              </w:rPr>
              <w:t>     </w:t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"/>
          </w:p>
        </w:tc>
      </w:tr>
      <w:tr w:rsidR="007719D2" w14:paraId="79B64305" w14:textId="77777777">
        <w:trPr>
          <w:cantSplit/>
          <w:trHeight w:val="460"/>
          <w:jc w:val="center"/>
        </w:trPr>
        <w:tc>
          <w:tcPr>
            <w:tcW w:w="2721" w:type="dxa"/>
            <w:shd w:val="clear" w:color="auto" w:fill="F3F3F3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7E7613F" w14:textId="77777777" w:rsidR="007719D2" w:rsidRDefault="00000000">
            <w:r>
              <w:rPr>
                <w:rFonts w:eastAsia="Arial" w:cs="Arial"/>
                <w:b/>
                <w:lang w:val="hr-HR"/>
              </w:rPr>
              <w:t>OIB (11 znamenki):</w:t>
            </w:r>
          </w:p>
        </w:tc>
        <w:tc>
          <w:tcPr>
            <w:tcW w:w="805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tbl>
            <w:tblPr>
              <w:tblW w:w="4474" w:type="dxa"/>
              <w:jc w:val="left"/>
              <w:tblCellSpacing w:w="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  <w:tblCaption w:val="OIB podnositelja — 11 kućica"/>
              <w:tblDescription w:val="Jedna znamenka po kućici. Za prelazak u sljedeću kućicu pritisnite Tab."/>
            </w:tblPr>
            <w:tblGrid>
              <w:gridCol w:w="1361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>
              <w:trPr>
                <w:cantSplit/>
                <w:trHeight w:val="283" w:hRule="atLeast"/>
              </w:trPr>
              <w:tc>
                <w:tcPr>
                  <w:tcW w:w="1361" w:type="dxa"/>
                  <w:tcBorders>
                    <w:top w:val="nil" w:sz="6" w:color="404040"/>
                    <w:left w:val="nil" w:sz="6" w:color="404040"/>
                    <w:bottom w:val="nil" w:sz="6" w:color="404040"/>
                    <w:right w:val="nil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left"/>
                  </w:pPr>
                  <w:r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  <w:noProof/>
                      <w:lang w:val="hr-HR"/>
                    </w:rPr>
                    <w:t xml:space="preserve">Upišite OIB:  </w:t>
                  </w:r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26" w:name="OIB_01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1"/>
                        <w:enabled w:val="1"/>
                        <w:calcOnExit w:val="0"/>
                        <w:helpText w:type="text" w:val="OIB podnositelja: znamenka 1 od 11. Jedna znamenka; Tab za sljedeću kućicu."/>
                        <w:statusText w:type="text" w:val="OIB podnositelja: znamenka 1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26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27" w:name="OIB_02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2"/>
                        <w:enabled w:val="1"/>
                        <w:calcOnExit w:val="0"/>
                        <w:helpText w:type="text" w:val="OIB podnositelja: znamenka 2 od 11. Jedna znamenka; Tab za sljedeću kućicu."/>
                        <w:statusText w:type="text" w:val="OIB podnositelja: znamenka 2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27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28" w:name="OIB_03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3"/>
                        <w:enabled w:val="1"/>
                        <w:calcOnExit w:val="0"/>
                        <w:helpText w:type="text" w:val="OIB podnositelja: znamenka 3 od 11. Jedna znamenka; Tab za sljedeću kućicu."/>
                        <w:statusText w:type="text" w:val="OIB podnositelja: znamenka 3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28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29" w:name="OIB_04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4"/>
                        <w:enabled w:val="1"/>
                        <w:calcOnExit w:val="0"/>
                        <w:helpText w:type="text" w:val="OIB podnositelja: znamenka 4 od 11. Jedna znamenka; Tab za sljedeću kućicu."/>
                        <w:statusText w:type="text" w:val="OIB podnositelja: znamenka 4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29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0" w:name="OIB_05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5"/>
                        <w:enabled w:val="1"/>
                        <w:calcOnExit w:val="0"/>
                        <w:helpText w:type="text" w:val="OIB podnositelja: znamenka 5 od 11. Jedna znamenka; Tab za sljedeću kućicu."/>
                        <w:statusText w:type="text" w:val="OIB podnositelja: znamenka 5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0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1" w:name="OIB_06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6"/>
                        <w:enabled w:val="1"/>
                        <w:calcOnExit w:val="0"/>
                        <w:helpText w:type="text" w:val="OIB podnositelja: znamenka 6 od 11. Jedna znamenka; Tab za sljedeću kućicu."/>
                        <w:statusText w:type="text" w:val="OIB podnositelja: znamenka 6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1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2" w:name="OIB_07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7"/>
                        <w:enabled w:val="1"/>
                        <w:calcOnExit w:val="0"/>
                        <w:helpText w:type="text" w:val="OIB podnositelja: znamenka 7 od 11. Jedna znamenka; Tab za sljedeću kućicu."/>
                        <w:statusText w:type="text" w:val="OIB podnositelja: znamenka 7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2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3" w:name="OIB_08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8"/>
                        <w:enabled w:val="1"/>
                        <w:calcOnExit w:val="0"/>
                        <w:helpText w:type="text" w:val="OIB podnositelja: znamenka 8 od 11. Jedna znamenka; Tab za sljedeću kućicu."/>
                        <w:statusText w:type="text" w:val="OIB podnositelja: znamenka 8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3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4" w:name="OIB_09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09"/>
                        <w:enabled w:val="1"/>
                        <w:calcOnExit w:val="0"/>
                        <w:helpText w:type="text" w:val="OIB podnositelja: znamenka 9 od 11. Jedna znamenka; Tab za sljedeću kućicu."/>
                        <w:statusText w:type="text" w:val="OIB podnositelja: znamenka 9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4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5" w:name="OIB_10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10"/>
                        <w:enabled w:val="1"/>
                        <w:calcOnExit w:val="0"/>
                        <w:helpText w:type="text" w:val="OIB podnositelja: znamenka 10 od 11. Jedna znamenka; Tab za sljedeću kućicu."/>
                        <w:statusText w:type="text" w:val="OIB podnositelja: znamenka 10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5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6" w:name="OIB_11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OIB_11"/>
                        <w:enabled w:val="1"/>
                        <w:calcOnExit w:val="0"/>
                        <w:helpText w:type="text" w:val="OIB podnositelja: znamenka 11 od 11. Jedna znamenka; Tab za sljedeću kućicu."/>
                        <w:statusText w:type="text" w:val="OIB podnositelja: znamenka 11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6"/>
                </w:p>
              </w:tc>
            </w:tr>
          </w:tbl>
          <w:p>
            <w:pPr>
              <w:keepNext w:val="0"/>
              <w:keepLines w:val="1"/>
              <w:widowControl w:val="0"/>
              <w:spacing w:before="0" w:after="0" w:line="20" w:lineRule="exact"/>
              <w:ind w:left="0" w:right="0" w:firstLine="0"/>
              <w:jc w:val="left"/>
              <w:rPr>
                <w:rFonts w:ascii="Arial" w:hAnsi="Arial" w:eastAsia="Arial" w:cs="Arial"/>
                <w:color w:val="000000"/>
                <w:sz w:val="2"/>
                <w:szCs w:val="2"/>
                <w:noProof/>
                <w:lang w:val="hr-HR"/>
              </w:rPr>
            </w:pPr>
          </w:p>
        </w:tc>
      </w:tr>
      <w:tr w:rsidR="007719D2" w14:paraId="20CD0081" w14:textId="77777777">
        <w:trPr>
          <w:cantSplit/>
          <w:trHeight w:val="460"/>
          <w:jc w:val="center"/>
        </w:trPr>
        <w:tc>
          <w:tcPr>
            <w:tcW w:w="2721" w:type="dxa"/>
            <w:shd w:val="clear" w:color="auto" w:fill="F3F3F3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0361897" w14:textId="77777777" w:rsidR="007719D2" w:rsidRDefault="00000000">
            <w:r>
              <w:rPr>
                <w:rFonts w:eastAsia="Arial" w:cs="Arial"/>
                <w:b/>
                <w:lang w:val="hr-HR"/>
              </w:rPr>
              <w:t>Broj telefona / mob.:</w:t>
            </w:r>
          </w:p>
        </w:tc>
        <w:bookmarkStart w:id="3" w:name="Telefon"/>
        <w:tc>
          <w:tcPr>
            <w:tcW w:w="805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5A49C6" w14:textId="62960A67" w:rsidR="007719D2" w:rsidRDefault="00000000"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Telefon"/>
                  <w:enabled/>
                  <w:calcOnExit w:val="0"/>
                  <w:helpText w:type="text" w:val="Unesite broj telefona ili mobitela."/>
                  <w:statusText w:type="text" w:val="Unesite broj telefona ili mobitela."/>
                  <w:textInput>
                    <w:maxLength w:val="30"/>
                  </w:textInput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FORMTEXT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noProof/>
                <w:sz w:val="21"/>
                <w:shd w:val="clear" w:color="auto" w:fill="EDF1F4"/>
                <w:lang w:val="hr-HR"/>
              </w:rPr>
              <w:t> </w:t>
            </w:r>
            <w:r>
              <w:rPr>
                <w:rFonts w:eastAsia="Arial" w:cs="Arial"/>
                <w:noProof/>
                <w:sz w:val="21"/>
                <w:shd w:val="clear" w:color="auto" w:fill="EDF1F4"/>
                <w:lang w:val="hr-HR"/>
              </w:rPr>
              <w:t>    </w:t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3"/>
          </w:p>
        </w:tc>
      </w:tr>
      <w:tr w:rsidR="007719D2" w14:paraId="03206DAC" w14:textId="77777777">
        <w:trPr>
          <w:cantSplit/>
          <w:trHeight w:val="460"/>
          <w:jc w:val="center"/>
        </w:trPr>
        <w:tc>
          <w:tcPr>
            <w:tcW w:w="2721" w:type="dxa"/>
            <w:shd w:val="clear" w:color="auto" w:fill="F3F3F3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3992AF4" w14:textId="77777777" w:rsidR="007719D2" w:rsidRDefault="00000000">
            <w:r>
              <w:rPr>
                <w:rFonts w:eastAsia="Arial" w:cs="Arial"/>
                <w:b/>
                <w:lang w:val="hr-HR"/>
              </w:rPr>
              <w:t>IBAN račun podnositelja:</w:t>
            </w:r>
          </w:p>
        </w:tc>
        <w:tc>
          <w:tcPr>
            <w:tcW w:w="805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tbl>
            <w:tblPr>
              <w:tblW w:w="5774" w:type="dxa"/>
              <w:jc w:val="left"/>
              <w:tblCellSpacing w:w="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  <w:tblCaption w:val="IBAN podnositelja — 19 kućica"/>
              <w:tblDescription w:val="Jedna znamenka po kućici. Za prelazak u sljedeću kućicu pritisnite Tab."/>
            </w:tblPr>
            <w:tblGrid>
              <w:gridCol w:w="397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>
              <w:trPr>
                <w:cantSplit/>
                <w:trHeight w:val="283" w:hRule="atLeast"/>
              </w:trPr>
              <w:tc>
                <w:tcPr>
                  <w:tcW w:w="397" w:type="dxa"/>
                  <w:tcBorders>
                    <w:top w:val="nil" w:sz="6" w:color="404040"/>
                    <w:left w:val="nil" w:sz="6" w:color="404040"/>
                    <w:bottom w:val="nil" w:sz="6" w:color="404040"/>
                    <w:right w:val="nil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left"/>
                  </w:pPr>
                  <w:r>
                    <w:rPr>
                      <w:rFonts w:ascii="Arial" w:hAnsi="Arial" w:eastAsia="Arial" w:cs="Arial"/>
                      <w:b/>
                      <w:color w:val="000000"/>
                      <w:sz w:val="21"/>
                      <w:szCs w:val="21"/>
                      <w:noProof/>
                      <w:lang w:val="hr-HR"/>
                    </w:rPr>
                    <w:t xml:space="preserve">HR  </w:t>
                  </w:r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7" w:name="IBAN_01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1"/>
                        <w:enabled w:val="1"/>
                        <w:calcOnExit w:val="0"/>
                        <w:helpText w:type="text" w:val="IBAN podnositelja: znamenka 1 od 19. Jedna znamenka; Tab za sljedeću kućicu."/>
                        <w:statusText w:type="text" w:val="IBAN podnositelja: znamenka 1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7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8" w:name="IBAN_02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2"/>
                        <w:enabled w:val="1"/>
                        <w:calcOnExit w:val="0"/>
                        <w:helpText w:type="text" w:val="IBAN podnositelja: znamenka 2 od 19. Jedna znamenka; Tab za sljedeću kućicu."/>
                        <w:statusText w:type="text" w:val="IBAN podnositelja: znamenka 2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8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39" w:name="IBAN_03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3"/>
                        <w:enabled w:val="1"/>
                        <w:calcOnExit w:val="0"/>
                        <w:helpText w:type="text" w:val="IBAN podnositelja: znamenka 3 od 19. Jedna znamenka; Tab za sljedeću kućicu."/>
                        <w:statusText w:type="text" w:val="IBAN podnositelja: znamenka 3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39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0" w:name="IBAN_04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4"/>
                        <w:enabled w:val="1"/>
                        <w:calcOnExit w:val="0"/>
                        <w:helpText w:type="text" w:val="IBAN podnositelja: znamenka 4 od 19. Jedna znamenka; Tab za sljedeću kućicu."/>
                        <w:statusText w:type="text" w:val="IBAN podnositelja: znamenka 4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0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1" w:name="IBAN_05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5"/>
                        <w:enabled w:val="1"/>
                        <w:calcOnExit w:val="0"/>
                        <w:helpText w:type="text" w:val="IBAN podnositelja: znamenka 5 od 19. Jedna znamenka; Tab za sljedeću kućicu."/>
                        <w:statusText w:type="text" w:val="IBAN podnositelja: znamenka 5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1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2" w:name="IBAN_06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6"/>
                        <w:enabled w:val="1"/>
                        <w:calcOnExit w:val="0"/>
                        <w:helpText w:type="text" w:val="IBAN podnositelja: znamenka 6 od 19. Jedna znamenka; Tab za sljedeću kućicu."/>
                        <w:statusText w:type="text" w:val="IBAN podnositelja: znamenka 6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2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3" w:name="IBAN_07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7"/>
                        <w:enabled w:val="1"/>
                        <w:calcOnExit w:val="0"/>
                        <w:helpText w:type="text" w:val="IBAN podnositelja: znamenka 7 od 19. Jedna znamenka; Tab za sljedeću kućicu."/>
                        <w:statusText w:type="text" w:val="IBAN podnositelja: znamenka 7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3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4" w:name="IBAN_08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8"/>
                        <w:enabled w:val="1"/>
                        <w:calcOnExit w:val="0"/>
                        <w:helpText w:type="text" w:val="IBAN podnositelja: znamenka 8 od 19. Jedna znamenka; Tab za sljedeću kućicu."/>
                        <w:statusText w:type="text" w:val="IBAN podnositelja: znamenka 8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4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5" w:name="IBAN_09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09"/>
                        <w:enabled w:val="1"/>
                        <w:calcOnExit w:val="0"/>
                        <w:helpText w:type="text" w:val="IBAN podnositelja: znamenka 9 od 19. Jedna znamenka; Tab za sljedeću kućicu."/>
                        <w:statusText w:type="text" w:val="IBAN podnositelja: znamenka 9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5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6" w:name="IBAN_10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0"/>
                        <w:enabled w:val="1"/>
                        <w:calcOnExit w:val="0"/>
                        <w:helpText w:type="text" w:val="IBAN podnositelja: znamenka 10 od 19. Jedna znamenka; Tab za sljedeću kućicu."/>
                        <w:statusText w:type="text" w:val="IBAN podnositelja: znamenka 10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6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7" w:name="IBAN_11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1"/>
                        <w:enabled w:val="1"/>
                        <w:calcOnExit w:val="0"/>
                        <w:helpText w:type="text" w:val="IBAN podnositelja: znamenka 11 od 19. Jedna znamenka; Tab za sljedeću kućicu."/>
                        <w:statusText w:type="text" w:val="IBAN podnositelja: znamenka 11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7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8" w:name="IBAN_12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2"/>
                        <w:enabled w:val="1"/>
                        <w:calcOnExit w:val="0"/>
                        <w:helpText w:type="text" w:val="IBAN podnositelja: znamenka 12 od 19. Jedna znamenka; Tab za sljedeću kućicu."/>
                        <w:statusText w:type="text" w:val="IBAN podnositelja: znamenka 12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8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49" w:name="IBAN_13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3"/>
                        <w:enabled w:val="1"/>
                        <w:calcOnExit w:val="0"/>
                        <w:helpText w:type="text" w:val="IBAN podnositelja: znamenka 13 od 19. Jedna znamenka; Tab za sljedeću kućicu."/>
                        <w:statusText w:type="text" w:val="IBAN podnositelja: znamenka 13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49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0" w:name="IBAN_14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4"/>
                        <w:enabled w:val="1"/>
                        <w:calcOnExit w:val="0"/>
                        <w:helpText w:type="text" w:val="IBAN podnositelja: znamenka 14 od 19. Jedna znamenka; Tab za sljedeću kućicu."/>
                        <w:statusText w:type="text" w:val="IBAN podnositelja: znamenka 14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0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1" w:name="IBAN_15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5"/>
                        <w:enabled w:val="1"/>
                        <w:calcOnExit w:val="0"/>
                        <w:helpText w:type="text" w:val="IBAN podnositelja: znamenka 15 od 19. Jedna znamenka; Tab za sljedeću kućicu."/>
                        <w:statusText w:type="text" w:val="IBAN podnositelja: znamenka 15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1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2" w:name="IBAN_16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6"/>
                        <w:enabled w:val="1"/>
                        <w:calcOnExit w:val="0"/>
                        <w:helpText w:type="text" w:val="IBAN podnositelja: znamenka 16 od 19. Jedna znamenka; Tab za sljedeću kućicu."/>
                        <w:statusText w:type="text" w:val="IBAN podnositelja: znamenka 16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2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3" w:name="IBAN_17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7"/>
                        <w:enabled w:val="1"/>
                        <w:calcOnExit w:val="0"/>
                        <w:helpText w:type="text" w:val="IBAN podnositelja: znamenka 17 od 19. Jedna znamenka; Tab za sljedeću kućicu."/>
                        <w:statusText w:type="text" w:val="IBAN podnositelja: znamenka 17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3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4" w:name="IBAN_18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8"/>
                        <w:enabled w:val="1"/>
                        <w:calcOnExit w:val="0"/>
                        <w:helpText w:type="text" w:val="IBAN podnositelja: znamenka 18 od 19. Jedna znamenka; Tab za sljedeću kućicu."/>
                        <w:statusText w:type="text" w:val="IBAN podnositelja: znamenka 18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4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5" w:name="IBAN_19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IBAN_19"/>
                        <w:enabled w:val="1"/>
                        <w:calcOnExit w:val="0"/>
                        <w:helpText w:type="text" w:val="IBAN podnositelja: znamenka 19 od 19. Jedna znamenka; Tab za sljedeću kućicu."/>
                        <w:statusText w:type="text" w:val="IBAN podnositelja: znamenka 19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5"/>
                </w:p>
              </w:tc>
            </w:tr>
          </w:tbl>
          <w:p>
            <w:pPr>
              <w:keepNext w:val="0"/>
              <w:keepLines w:val="1"/>
              <w:widowControl w:val="0"/>
              <w:spacing w:before="0" w:after="0" w:line="20" w:lineRule="exact"/>
              <w:ind w:left="0" w:right="0" w:firstLine="0"/>
              <w:jc w:val="left"/>
              <w:rPr>
                <w:rFonts w:ascii="Arial" w:hAnsi="Arial" w:eastAsia="Arial" w:cs="Arial"/>
                <w:color w:val="000000"/>
                <w:sz w:val="2"/>
                <w:szCs w:val="2"/>
                <w:noProof/>
                <w:lang w:val="hr-HR"/>
              </w:rPr>
            </w:pPr>
          </w:p>
        </w:tc>
      </w:tr>
      <w:tr w:rsidR="007719D2" w14:paraId="5E4BC473" w14:textId="77777777">
        <w:trPr>
          <w:cantSplit/>
          <w:trHeight w:val="460"/>
          <w:jc w:val="center"/>
        </w:trPr>
        <w:tc>
          <w:tcPr>
            <w:tcW w:w="2721" w:type="dxa"/>
            <w:shd w:val="clear" w:color="auto" w:fill="F3F3F3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E1C1AFB" w14:textId="77777777" w:rsidR="007719D2" w:rsidRDefault="00000000">
            <w:r>
              <w:rPr>
                <w:rFonts w:eastAsia="Arial" w:cs="Arial"/>
                <w:b/>
                <w:sz w:val="16"/>
                <w:lang w:val="hr-HR"/>
              </w:rPr>
              <w:t>Isplata na račun punomoćnika</w:t>
            </w:r>
            <w:r>
              <w:rPr>
                <w:rFonts w:eastAsia="Arial" w:cs="Arial"/>
                <w:sz w:val="15"/>
                <w:lang w:val="hr-HR"/>
              </w:rPr>
              <w:br/>
              <w:t>(samo ako nema svoj račun):</w:t>
            </w:r>
          </w:p>
        </w:tc>
        <w:tc>
          <w:tcPr>
            <w:tcW w:w="805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743CB34" w14:textId="4C7F7C56" w:rsidR="007719D2" w:rsidRDefault="00000000">
            <w:pPr>
              <w:spacing w:after="60"/>
            </w:pPr>
            <w:r>
              <w:rPr>
                <w:rFonts w:eastAsia="Arial" w:cs="Arial"/>
                <w:sz w:val="18"/>
                <w:lang w:val="hr-HR"/>
              </w:rPr>
              <w:t xml:space="preserve">Ime i prezime punomoćnika: </w:t>
            </w:r>
            <w:bookmarkStart w:id="5" w:name="PunomocnikIme"/>
            <w:r>
              <w:rPr>
                <w:rFonts w:eastAsia="Arial" w:cs="Arial"/>
                <w:sz w:val="18"/>
                <w:lang w:val="hr-HR"/>
              </w:rPr>
              <w:fldChar w:fldCharType="begin">
                <w:ffData>
                  <w:name w:val="PunomocnikIme"/>
                  <w:enabled/>
                  <w:calcOnExit w:val="0"/>
                  <w:helpText w:type="text" w:val="Unesite ime i prezime punomoćnika samo ako podnositelj nema svoj račun."/>
                  <w:statusText w:type="text" w:val="Unesite ime i prezime punomoćnika samo ako podnositelj nema svoj račun."/>
                  <w:textInput>
                    <w:maxLength w:val="80"/>
                  </w:textInput>
                </w:ffData>
              </w:fldChar>
            </w:r>
            <w:r>
              <w:rPr>
                <w:rFonts w:eastAsia="Arial" w:cs="Arial"/>
                <w:sz w:val="18"/>
                <w:lang w:val="hr-HR"/>
              </w:rPr>
              <w:instrText xml:space="preserve"> FORMTEXT </w:instrText>
            </w:r>
            <w:r>
              <w:rPr>
                <w:rFonts w:eastAsia="Arial" w:cs="Arial"/>
                <w:sz w:val="18"/>
                <w:lang w:val="hr-HR"/>
              </w:rPr>
            </w:r>
            <w:r>
              <w:rPr>
                <w:rFonts w:eastAsia="Arial" w:cs="Arial"/>
                <w:sz w:val="18"/>
                <w:lang w:val="hr-HR"/>
              </w:rPr>
              <w:fldChar w:fldCharType="separate"/>
            </w:r>
            <w:r w:rsidR="00B42D1E">
              <w:rPr>
                <w:rFonts w:eastAsia="Arial" w:cs="Arial"/>
                <w:sz w:val="18"/>
                <w:lang w:val="hr-HR"/>
              </w:rPr>
              <w:t> </w:t>
            </w:r>
            <w:r w:rsidR="00B42D1E">
              <w:rPr>
                <w:rFonts w:eastAsia="Arial" w:cs="Arial"/>
                <w:sz w:val="18"/>
                <w:lang w:val="hr-HR"/>
              </w:rPr>
              <w:t> </w:t>
            </w:r>
            <w:r w:rsidR="00B42D1E">
              <w:rPr>
                <w:rFonts w:eastAsia="Arial" w:cs="Arial"/>
                <w:sz w:val="18"/>
                <w:lang w:val="hr-HR"/>
              </w:rPr>
              <w:t> </w:t>
            </w:r>
            <w:r w:rsidR="00B42D1E">
              <w:rPr>
                <w:rFonts w:eastAsia="Arial" w:cs="Arial"/>
                <w:sz w:val="18"/>
                <w:lang w:val="hr-HR"/>
              </w:rPr>
              <w:t> </w:t>
            </w:r>
            <w:r w:rsidR="00B42D1E">
              <w:rPr>
                <w:rFonts w:eastAsia="Arial" w:cs="Arial"/>
                <w:sz w:val="18"/>
                <w:lang w:val="hr-HR"/>
              </w:rPr>
              <w:t> </w:t>
            </w:r>
            <w:r>
              <w:rPr>
                <w:rFonts w:eastAsia="Arial" w:cs="Arial"/>
                <w:sz w:val="18"/>
                <w:lang w:val="hr-HR"/>
              </w:rPr>
              <w:fldChar w:fldCharType="end"/>
            </w:r>
            <w:bookmarkEnd w:id="5"/>
          </w:p>
          <w:tbl>
            <w:tblPr>
              <w:tblW w:w="3793" w:type="dxa"/>
              <w:jc w:val="left"/>
              <w:tblCellSpacing w:w="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  <w:tblCaption w:val="OIB punomoćnika — 11 kućica"/>
              <w:tblDescription w:val="Jedna znamenka po kućici. Za prelazak u sljedeću kućicu pritisnite Tab."/>
            </w:tblPr>
            <w:tblGrid>
              <w:gridCol w:w="680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>
              <w:trPr>
                <w:cantSplit/>
                <w:trHeight w:val="283" w:hRule="atLeast"/>
              </w:trPr>
              <w:tc>
                <w:tcPr>
                  <w:tcW w:w="680" w:type="dxa"/>
                  <w:tcBorders>
                    <w:top w:val="nil" w:sz="6" w:color="404040"/>
                    <w:left w:val="nil" w:sz="6" w:color="404040"/>
                    <w:bottom w:val="nil" w:sz="6" w:color="404040"/>
                    <w:right w:val="nil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left"/>
                  </w:pPr>
                  <w:r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  <w:noProof/>
                      <w:lang w:val="hr-HR"/>
                    </w:rPr>
                    <w:t xml:space="preserve">OIB: </w:t>
                  </w:r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6" w:name="PunomocnikOIB_01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1"/>
                        <w:enabled w:val="1"/>
                        <w:calcOnExit w:val="0"/>
                        <w:helpText w:type="text" w:val="OIB punomoćnika: znamenka 1 od 11. Jedna znamenka; Tab za sljedeću kućicu."/>
                        <w:statusText w:type="text" w:val="OIB punomoćnika: znamenka 1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6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7" w:name="PunomocnikOIB_02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2"/>
                        <w:enabled w:val="1"/>
                        <w:calcOnExit w:val="0"/>
                        <w:helpText w:type="text" w:val="OIB punomoćnika: znamenka 2 od 11. Jedna znamenka; Tab za sljedeću kućicu."/>
                        <w:statusText w:type="text" w:val="OIB punomoćnika: znamenka 2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7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8" w:name="PunomocnikOIB_03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3"/>
                        <w:enabled w:val="1"/>
                        <w:calcOnExit w:val="0"/>
                        <w:helpText w:type="text" w:val="OIB punomoćnika: znamenka 3 od 11. Jedna znamenka; Tab za sljedeću kućicu."/>
                        <w:statusText w:type="text" w:val="OIB punomoćnika: znamenka 3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8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59" w:name="PunomocnikOIB_04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4"/>
                        <w:enabled w:val="1"/>
                        <w:calcOnExit w:val="0"/>
                        <w:helpText w:type="text" w:val="OIB punomoćnika: znamenka 4 od 11. Jedna znamenka; Tab za sljedeću kućicu."/>
                        <w:statusText w:type="text" w:val="OIB punomoćnika: znamenka 4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59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0" w:name="PunomocnikOIB_05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5"/>
                        <w:enabled w:val="1"/>
                        <w:calcOnExit w:val="0"/>
                        <w:helpText w:type="text" w:val="OIB punomoćnika: znamenka 5 od 11. Jedna znamenka; Tab za sljedeću kućicu."/>
                        <w:statusText w:type="text" w:val="OIB punomoćnika: znamenka 5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0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1" w:name="PunomocnikOIB_06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6"/>
                        <w:enabled w:val="1"/>
                        <w:calcOnExit w:val="0"/>
                        <w:helpText w:type="text" w:val="OIB punomoćnika: znamenka 6 od 11. Jedna znamenka; Tab za sljedeću kućicu."/>
                        <w:statusText w:type="text" w:val="OIB punomoćnika: znamenka 6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1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2" w:name="PunomocnikOIB_07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7"/>
                        <w:enabled w:val="1"/>
                        <w:calcOnExit w:val="0"/>
                        <w:helpText w:type="text" w:val="OIB punomoćnika: znamenka 7 od 11. Jedna znamenka; Tab za sljedeću kućicu."/>
                        <w:statusText w:type="text" w:val="OIB punomoćnika: znamenka 7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2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3" w:name="PunomocnikOIB_08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8"/>
                        <w:enabled w:val="1"/>
                        <w:calcOnExit w:val="0"/>
                        <w:helpText w:type="text" w:val="OIB punomoćnika: znamenka 8 od 11. Jedna znamenka; Tab za sljedeću kućicu."/>
                        <w:statusText w:type="text" w:val="OIB punomoćnika: znamenka 8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3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4" w:name="PunomocnikOIB_09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09"/>
                        <w:enabled w:val="1"/>
                        <w:calcOnExit w:val="0"/>
                        <w:helpText w:type="text" w:val="OIB punomoćnika: znamenka 9 od 11. Jedna znamenka; Tab za sljedeću kućicu."/>
                        <w:statusText w:type="text" w:val="OIB punomoćnika: znamenka 9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4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5" w:name="PunomocnikOIB_10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10"/>
                        <w:enabled w:val="1"/>
                        <w:calcOnExit w:val="0"/>
                        <w:helpText w:type="text" w:val="OIB punomoćnika: znamenka 10 od 11. Jedna znamenka; Tab za sljedeću kućicu."/>
                        <w:statusText w:type="text" w:val="OIB punomoćnika: znamenka 10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5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6" w:name="PunomocnikOIB_11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OIB_11"/>
                        <w:enabled w:val="1"/>
                        <w:calcOnExit w:val="0"/>
                        <w:helpText w:type="text" w:val="OIB punomoćnika: znamenka 11 od 11. Jedna znamenka; Tab za sljedeću kućicu."/>
                        <w:statusText w:type="text" w:val="OIB punomoćnika: znamenka 11 od 11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6"/>
                </w:p>
              </w:tc>
            </w:tr>
          </w:tbl>
          <w:p>
            <w:pPr>
              <w:keepNext w:val="0"/>
              <w:keepLines w:val="1"/>
              <w:widowControl w:val="0"/>
              <w:spacing w:before="0" w:after="0" w:line="20" w:lineRule="exact"/>
              <w:ind w:left="0" w:right="0" w:firstLine="0"/>
              <w:jc w:val="left"/>
              <w:rPr>
                <w:rFonts w:ascii="Arial" w:hAnsi="Arial" w:eastAsia="Arial" w:cs="Arial"/>
                <w:color w:val="000000"/>
                <w:sz w:val="2"/>
                <w:szCs w:val="2"/>
                <w:noProof/>
                <w:lang w:val="hr-HR"/>
              </w:rPr>
            </w:pPr>
          </w:p>
          <w:tbl>
            <w:tblPr>
              <w:tblW w:w="7531" w:type="dxa"/>
              <w:jc w:val="left"/>
              <w:tblCellSpacing w:w="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  <w:tblCaption w:val="IBAN punomoćnika — 19 kućica"/>
              <w:tblDescription w:val="Jedna znamenka po kućici. Za prelazak u sljedeću kućicu pritisnite Tab."/>
            </w:tblPr>
            <w:tblGrid>
              <w:gridCol w:w="2154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>
              <w:trPr>
                <w:cantSplit/>
                <w:trHeight w:val="283" w:hRule="atLeast"/>
              </w:trPr>
              <w:tc>
                <w:tcPr>
                  <w:tcW w:w="2154" w:type="dxa"/>
                  <w:tcBorders>
                    <w:top w:val="nil" w:sz="6" w:color="404040"/>
                    <w:left w:val="nil" w:sz="6" w:color="404040"/>
                    <w:bottom w:val="nil" w:sz="6" w:color="404040"/>
                    <w:right w:val="nil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left"/>
                  </w:pPr>
                  <w:r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  <w:noProof/>
                      <w:lang w:val="hr-HR"/>
                    </w:rPr>
                    <w:t xml:space="preserve">IBAN punomoćnika: </w:t>
                  </w:r>
                  <w:r>
                    <w:rPr>
                      <w:rFonts w:ascii="Arial" w:hAnsi="Arial" w:eastAsia="Arial" w:cs="Arial"/>
                      <w:b/>
                      <w:color w:val="000000"/>
                      <w:sz w:val="18"/>
                      <w:szCs w:val="18"/>
                      <w:noProof/>
                      <w:lang w:val="hr-HR"/>
                    </w:rPr>
                    <w:t xml:space="preserve">HR  </w:t>
                  </w:r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7" w:name="PunomocnikIBAN_01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1"/>
                        <w:enabled w:val="1"/>
                        <w:calcOnExit w:val="0"/>
                        <w:helpText w:type="text" w:val="IBAN punomoćnika: znamenka 1 od 19. Jedna znamenka; Tab za sljedeću kućicu."/>
                        <w:statusText w:type="text" w:val="IBAN punomoćnika: znamenka 1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7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8" w:name="PunomocnikIBAN_02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2"/>
                        <w:enabled w:val="1"/>
                        <w:calcOnExit w:val="0"/>
                        <w:helpText w:type="text" w:val="IBAN punomoćnika: znamenka 2 od 19. Jedna znamenka; Tab za sljedeću kućicu."/>
                        <w:statusText w:type="text" w:val="IBAN punomoćnika: znamenka 2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8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69" w:name="PunomocnikIBAN_03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3"/>
                        <w:enabled w:val="1"/>
                        <w:calcOnExit w:val="0"/>
                        <w:helpText w:type="text" w:val="IBAN punomoćnika: znamenka 3 od 19. Jedna znamenka; Tab za sljedeću kućicu."/>
                        <w:statusText w:type="text" w:val="IBAN punomoćnika: znamenka 3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69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0" w:name="PunomocnikIBAN_04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4"/>
                        <w:enabled w:val="1"/>
                        <w:calcOnExit w:val="0"/>
                        <w:helpText w:type="text" w:val="IBAN punomoćnika: znamenka 4 od 19. Jedna znamenka; Tab za sljedeću kućicu."/>
                        <w:statusText w:type="text" w:val="IBAN punomoćnika: znamenka 4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0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1" w:name="PunomocnikIBAN_05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5"/>
                        <w:enabled w:val="1"/>
                        <w:calcOnExit w:val="0"/>
                        <w:helpText w:type="text" w:val="IBAN punomoćnika: znamenka 5 od 19. Jedna znamenka; Tab za sljedeću kućicu."/>
                        <w:statusText w:type="text" w:val="IBAN punomoćnika: znamenka 5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1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2" w:name="PunomocnikIBAN_06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6"/>
                        <w:enabled w:val="1"/>
                        <w:calcOnExit w:val="0"/>
                        <w:helpText w:type="text" w:val="IBAN punomoćnika: znamenka 6 od 19. Jedna znamenka; Tab za sljedeću kućicu."/>
                        <w:statusText w:type="text" w:val="IBAN punomoćnika: znamenka 6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2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3" w:name="PunomocnikIBAN_07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7"/>
                        <w:enabled w:val="1"/>
                        <w:calcOnExit w:val="0"/>
                        <w:helpText w:type="text" w:val="IBAN punomoćnika: znamenka 7 od 19. Jedna znamenka; Tab za sljedeću kućicu."/>
                        <w:statusText w:type="text" w:val="IBAN punomoćnika: znamenka 7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3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4" w:name="PunomocnikIBAN_08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8"/>
                        <w:enabled w:val="1"/>
                        <w:calcOnExit w:val="0"/>
                        <w:helpText w:type="text" w:val="IBAN punomoćnika: znamenka 8 od 19. Jedna znamenka; Tab za sljedeću kućicu."/>
                        <w:statusText w:type="text" w:val="IBAN punomoćnika: znamenka 8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4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5" w:name="PunomocnikIBAN_09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09"/>
                        <w:enabled w:val="1"/>
                        <w:calcOnExit w:val="0"/>
                        <w:helpText w:type="text" w:val="IBAN punomoćnika: znamenka 9 od 19. Jedna znamenka; Tab za sljedeću kućicu."/>
                        <w:statusText w:type="text" w:val="IBAN punomoćnika: znamenka 9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5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6" w:name="PunomocnikIBAN_10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0"/>
                        <w:enabled w:val="1"/>
                        <w:calcOnExit w:val="0"/>
                        <w:helpText w:type="text" w:val="IBAN punomoćnika: znamenka 10 od 19. Jedna znamenka; Tab za sljedeću kućicu."/>
                        <w:statusText w:type="text" w:val="IBAN punomoćnika: znamenka 10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6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7" w:name="PunomocnikIBAN_11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1"/>
                        <w:enabled w:val="1"/>
                        <w:calcOnExit w:val="0"/>
                        <w:helpText w:type="text" w:val="IBAN punomoćnika: znamenka 11 od 19. Jedna znamenka; Tab za sljedeću kućicu."/>
                        <w:statusText w:type="text" w:val="IBAN punomoćnika: znamenka 11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7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8" w:name="PunomocnikIBAN_12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2"/>
                        <w:enabled w:val="1"/>
                        <w:calcOnExit w:val="0"/>
                        <w:helpText w:type="text" w:val="IBAN punomoćnika: znamenka 12 od 19. Jedna znamenka; Tab za sljedeću kućicu."/>
                        <w:statusText w:type="text" w:val="IBAN punomoćnika: znamenka 12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8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79" w:name="PunomocnikIBAN_13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3"/>
                        <w:enabled w:val="1"/>
                        <w:calcOnExit w:val="0"/>
                        <w:helpText w:type="text" w:val="IBAN punomoćnika: znamenka 13 od 19. Jedna znamenka; Tab za sljedeću kućicu."/>
                        <w:statusText w:type="text" w:val="IBAN punomoćnika: znamenka 13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79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80" w:name="PunomocnikIBAN_14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4"/>
                        <w:enabled w:val="1"/>
                        <w:calcOnExit w:val="0"/>
                        <w:helpText w:type="text" w:val="IBAN punomoćnika: znamenka 14 od 19. Jedna znamenka; Tab za sljedeću kućicu."/>
                        <w:statusText w:type="text" w:val="IBAN punomoćnika: znamenka 14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80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81" w:name="PunomocnikIBAN_15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5"/>
                        <w:enabled w:val="1"/>
                        <w:calcOnExit w:val="0"/>
                        <w:helpText w:type="text" w:val="IBAN punomoćnika: znamenka 15 od 19. Jedna znamenka; Tab za sljedeću kućicu."/>
                        <w:statusText w:type="text" w:val="IBAN punomoćnika: znamenka 15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81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82" w:name="PunomocnikIBAN_16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6"/>
                        <w:enabled w:val="1"/>
                        <w:calcOnExit w:val="0"/>
                        <w:helpText w:type="text" w:val="IBAN punomoćnika: znamenka 16 od 19. Jedna znamenka; Tab za sljedeću kućicu."/>
                        <w:statusText w:type="text" w:val="IBAN punomoćnika: znamenka 16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82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83" w:name="PunomocnikIBAN_17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7"/>
                        <w:enabled w:val="1"/>
                        <w:calcOnExit w:val="0"/>
                        <w:helpText w:type="text" w:val="IBAN punomoćnika: znamenka 17 od 19. Jedna znamenka; Tab za sljedeću kućicu."/>
                        <w:statusText w:type="text" w:val="IBAN punomoćnika: znamenka 17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83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84" w:name="PunomocnikIBAN_18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8"/>
                        <w:enabled w:val="1"/>
                        <w:calcOnExit w:val="0"/>
                        <w:helpText w:type="text" w:val="IBAN punomoćnika: znamenka 18 od 19. Jedna znamenka; Tab za sljedeću kućicu."/>
                        <w:statusText w:type="text" w:val="IBAN punomoćnika: znamenka 18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84"/>
                </w:p>
              </w:tc>
              <w:tc>
                <w:tcPr>
                  <w:tcW w:w="283" w:type="dxa"/>
                  <w:tcBorders>
                    <w:top w:val="single" w:sz="6" w:color="404040"/>
                    <w:left w:val="single" w:sz="6" w:color="404040"/>
                    <w:bottom w:val="single" w:sz="6" w:color="404040"/>
                    <w:right w:val="single" w:sz="6" w:color="40404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 w:val="1"/>
                    <w:widowControl w:val="0"/>
                    <w:spacing w:before="0" w:after="0" w:line="220" w:lineRule="exact"/>
                    <w:ind w:left="0" w:right="0" w:firstLine="0"/>
                    <w:jc w:val="center"/>
                  </w:pPr>
                  <w:bookmarkStart w:id="85" w:name="PunomocnikIBAN_19"/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begin">
                      <w:ffData>
                        <w:name w:val="PunomocnikIBAN_19"/>
                        <w:enabled w:val="1"/>
                        <w:calcOnExit w:val="0"/>
                        <w:helpText w:type="text" w:val="IBAN punomoćnika: znamenka 19 od 19. Jedna znamenka; Tab za sljedeću kućicu."/>
                        <w:statusText w:type="text" w:val="IBAN punomoćnika: znamenka 19 od 19. Jedna znamenka; Tab za sljedeću kućicu."/>
                        <w:textInput>
                          <w:type w:val="regula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instrText xml:space="preserve"> FORMTEXT </w:instrTex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separate"/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t xml:space="preserve"> </w:t>
                  </w:r>
                  <w:r>
                    <w:rPr>
                      <w:rFonts w:ascii="Arial" w:hAnsi="Arial" w:eastAsia="Arial" w:cs="Arial"/>
                      <w:color w:val="000000"/>
                      <w:sz w:val="20"/>
                      <w:szCs w:val="20"/>
                      <w:noProof/>
                      <w:lang w:val="hr-HR"/>
                    </w:rPr>
                    <w:fldChar w:fldCharType="end"/>
                  </w:r>
                  <w:bookmarkEnd w:id="85"/>
                </w:p>
              </w:tc>
            </w:tr>
          </w:tbl>
          <w:p>
            <w:pPr>
              <w:keepNext w:val="0"/>
              <w:keepLines w:val="1"/>
              <w:widowControl w:val="0"/>
              <w:spacing w:before="0" w:after="0" w:line="20" w:lineRule="exact"/>
              <w:ind w:left="0" w:right="0" w:firstLine="0"/>
              <w:jc w:val="left"/>
              <w:rPr>
                <w:rFonts w:ascii="Arial" w:hAnsi="Arial" w:eastAsia="Arial" w:cs="Arial"/>
                <w:color w:val="000000"/>
                <w:sz w:val="2"/>
                <w:szCs w:val="2"/>
                <w:noProof/>
                <w:lang w:val="hr-HR"/>
              </w:rPr>
            </w:pPr>
          </w:p>
        </w:tc>
      </w:tr>
    </w:tbl>
    <w:p w14:paraId="1BBC4FFD" w14:textId="77777777" w:rsidR="007719D2" w:rsidRDefault="00000000">
      <w:pPr>
        <w:spacing w:before="140" w:after="80"/>
      </w:pPr>
      <w:r>
        <w:rPr>
          <w:rFonts w:eastAsia="Arial" w:cs="Arial"/>
          <w:b/>
          <w:sz w:val="18"/>
          <w:lang w:val="hr-HR"/>
        </w:rPr>
        <w:t>Podnosim Zahtjev za isplatu božićnice iz razloga što pripadam sljedećoj kategoriji (označiti kvačicom):</w:t>
      </w:r>
    </w:p>
    <w:tbl>
      <w:tblPr>
        <w:tblW w:w="0" w:type="auto"/>
        <w:jc w:val="center"/>
        <w:tblBorders>
          <w:top w:val="single" w:sz="4" w:space="0" w:color="757575"/>
          <w:left w:val="single" w:sz="4" w:space="0" w:color="757575"/>
          <w:bottom w:val="single" w:sz="4" w:space="0" w:color="757575"/>
          <w:right w:val="single" w:sz="4" w:space="0" w:color="757575"/>
          <w:insideH w:val="single" w:sz="4" w:space="0" w:color="757575"/>
          <w:insideV w:val="single" w:sz="4" w:space="0" w:color="757575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0091"/>
      </w:tblGrid>
      <w:tr w:rsidR="007719D2" w14:paraId="0CD27D0F" w14:textId="77777777">
        <w:trPr>
          <w:cantSplit/>
          <w:trHeight w:val="380"/>
          <w:jc w:val="center"/>
        </w:trPr>
        <w:tc>
          <w:tcPr>
            <w:tcW w:w="6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bookmarkStart w:id="8" w:name="Kategorija1"/>
          <w:p w14:paraId="22555914" w14:textId="09E00EF9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Kategorija1"/>
                  <w:enabled/>
                  <w:calcOnExit w:val="0"/>
                  <w:helpText w:type="text" w:val="1. Umirovljenik – ukupna mirovina manja od 650,00 €"/>
                  <w:statusText w:type="text" w:val="1. Umirovljenik – ukupna mirovina manja od 650,00 €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8"/>
          </w:p>
        </w:tc>
        <w:tc>
          <w:tcPr>
            <w:tcW w:w="10091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F4728A3" w14:textId="77777777" w:rsidR="007719D2" w:rsidRDefault="00000000">
            <w:r>
              <w:rPr>
                <w:rFonts w:eastAsia="Arial" w:cs="Arial"/>
                <w:b/>
                <w:lang w:val="hr-HR"/>
              </w:rPr>
              <w:t>1. Umirovljenik – ukupna mirovina manja od 650,00 €</w:t>
            </w:r>
          </w:p>
          <w:p w14:paraId="27EEBCEC" w14:textId="3B0A9E9A" w:rsidR="007719D2" w:rsidRDefault="00000000">
            <w:pPr>
              <w:spacing w:before="40"/>
            </w:pPr>
            <w:r>
              <w:rPr>
                <w:rFonts w:eastAsia="Arial" w:cs="Arial"/>
                <w:sz w:val="17"/>
                <w:lang w:val="hr-HR"/>
              </w:rPr>
              <w:t xml:space="preserve">(Iznos hrvatske mirovine: </w:t>
            </w:r>
            <w:bookmarkStart w:id="9" w:name="MirovinaHR"/>
            <w:r>
              <w:rPr>
                <w:rFonts w:eastAsia="Arial" w:cs="Arial"/>
                <w:sz w:val="17"/>
                <w:lang w:val="hr-HR"/>
              </w:rPr>
              <w:fldChar w:fldCharType="begin">
                <w:ffData>
                  <w:name w:val="MirovinaHR"/>
                  <w:enabled/>
                  <w:calcOnExit w:val="0"/>
                  <w:helpText w:type="text" w:val="Unesite iznos hrvatske mirovine u eurima."/>
                  <w:statusText w:type="text" w:val="Unesite iznos hrvatske mirovine u eurima."/>
                  <w:textInput>
                    <w:maxLength w:val="12"/>
                  </w:textInput>
                </w:ffData>
              </w:fldChar>
            </w:r>
            <w:r>
              <w:rPr>
                <w:rFonts w:eastAsia="Arial" w:cs="Arial"/>
                <w:sz w:val="17"/>
                <w:lang w:val="hr-HR"/>
              </w:rPr>
              <w:instrText xml:space="preserve"> FORMTEXT </w:instrText>
            </w:r>
            <w:r>
              <w:rPr>
                <w:rFonts w:eastAsia="Arial" w:cs="Arial"/>
                <w:sz w:val="17"/>
                <w:lang w:val="hr-HR"/>
              </w:rPr>
            </w:r>
            <w:r>
              <w:rPr>
                <w:rFonts w:eastAsia="Arial" w:cs="Arial"/>
                <w:sz w:val="17"/>
                <w:lang w:val="hr-HR"/>
              </w:rPr>
              <w:fldChar w:fldCharType="separate"/>
            </w:r>
            <w:r>
              <w:rPr>
                <w:rFonts w:eastAsia="Arial" w:cs="Arial"/>
                <w:noProof/>
                <w:sz w:val="17"/>
                <w:shd w:val="clear" w:color="auto" w:fill="EDF1F4"/>
                <w:lang w:val="hr-HR"/>
              </w:rPr>
              <w:t>     </w:t>
            </w:r>
            <w:r>
              <w:rPr>
                <w:rFonts w:eastAsia="Arial" w:cs="Arial"/>
                <w:sz w:val="17"/>
                <w:lang w:val="hr-HR"/>
              </w:rPr>
              <w:fldChar w:fldCharType="end"/>
            </w:r>
            <w:bookmarkEnd w:id="9"/>
            <w:r>
              <w:rPr>
                <w:rFonts w:eastAsia="Arial" w:cs="Arial"/>
                <w:sz w:val="17"/>
                <w:lang w:val="hr-HR"/>
              </w:rPr>
              <w:t xml:space="preserve"> €  |  Iznos inozemne mirovine: </w:t>
            </w:r>
            <w:bookmarkStart w:id="10" w:name="MirovinaInozemna"/>
            <w:r>
              <w:rPr>
                <w:rFonts w:eastAsia="Arial" w:cs="Arial"/>
                <w:sz w:val="17"/>
                <w:lang w:val="hr-HR"/>
              </w:rPr>
              <w:fldChar w:fldCharType="begin">
                <w:ffData>
                  <w:name w:val="MirovinaInozemna"/>
                  <w:enabled/>
                  <w:calcOnExit w:val="0"/>
                  <w:helpText w:type="text" w:val="Unesite iznos inozemne mirovine u eurima."/>
                  <w:statusText w:type="text" w:val="Unesite iznos inozemne mirovine u eurima."/>
                  <w:textInput>
                    <w:maxLength w:val="12"/>
                  </w:textInput>
                </w:ffData>
              </w:fldChar>
            </w:r>
            <w:r>
              <w:rPr>
                <w:rFonts w:eastAsia="Arial" w:cs="Arial"/>
                <w:sz w:val="17"/>
                <w:lang w:val="hr-HR"/>
              </w:rPr>
              <w:instrText xml:space="preserve"> FORMTEXT </w:instrText>
            </w:r>
            <w:r>
              <w:rPr>
                <w:rFonts w:eastAsia="Arial" w:cs="Arial"/>
                <w:sz w:val="17"/>
                <w:lang w:val="hr-HR"/>
              </w:rPr>
            </w:r>
            <w:r>
              <w:rPr>
                <w:rFonts w:eastAsia="Arial" w:cs="Arial"/>
                <w:sz w:val="17"/>
                <w:lang w:val="hr-HR"/>
              </w:rPr>
              <w:fldChar w:fldCharType="separate"/>
            </w:r>
            <w:r>
              <w:rPr>
                <w:rFonts w:eastAsia="Arial" w:cs="Arial"/>
                <w:noProof/>
                <w:sz w:val="17"/>
                <w:shd w:val="clear" w:color="auto" w:fill="EDF1F4"/>
                <w:lang w:val="hr-HR"/>
              </w:rPr>
              <w:t>  </w:t>
            </w:r>
            <w:r>
              <w:rPr>
                <w:rFonts w:eastAsia="Arial" w:cs="Arial"/>
                <w:sz w:val="17"/>
                <w:lang w:val="hr-HR"/>
              </w:rPr>
              <w:fldChar w:fldCharType="end"/>
            </w:r>
            <w:bookmarkEnd w:id="10"/>
            <w:r>
              <w:rPr>
                <w:rFonts w:eastAsia="Arial" w:cs="Arial"/>
                <w:sz w:val="17"/>
                <w:lang w:val="hr-HR"/>
              </w:rPr>
              <w:t xml:space="preserve"> €)</w:t>
            </w:r>
          </w:p>
        </w:tc>
      </w:tr>
      <w:bookmarkStart w:id="11" w:name="Kategorija2"/>
      <w:tr w:rsidR="007719D2" w14:paraId="444E63D5" w14:textId="77777777">
        <w:trPr>
          <w:cantSplit/>
          <w:trHeight w:val="380"/>
          <w:jc w:val="center"/>
        </w:trPr>
        <w:tc>
          <w:tcPr>
            <w:tcW w:w="6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2145B54" w14:textId="5D4E7B20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Kategorija2"/>
                  <w:enabled/>
                  <w:calcOnExit w:val="0"/>
                  <w:helpText w:type="text" w:val="2. Korisnik zajamčene minimalne naknade"/>
                  <w:statusText w:type="text" w:val="2. Korisnik zajamčene minimalne naknade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1"/>
          </w:p>
        </w:tc>
        <w:tc>
          <w:tcPr>
            <w:tcW w:w="10091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20065CD" w14:textId="77777777" w:rsidR="007719D2" w:rsidRDefault="00000000">
            <w:r>
              <w:rPr>
                <w:rFonts w:eastAsia="Arial" w:cs="Arial"/>
                <w:b/>
                <w:lang w:val="hr-HR"/>
              </w:rPr>
              <w:t>2. Korisnik zajamčene minimalne naknade</w:t>
            </w:r>
          </w:p>
        </w:tc>
      </w:tr>
      <w:bookmarkStart w:id="12" w:name="Kategorija3"/>
      <w:tr w:rsidR="007719D2" w14:paraId="610C0098" w14:textId="77777777">
        <w:trPr>
          <w:cantSplit/>
          <w:trHeight w:val="380"/>
          <w:jc w:val="center"/>
        </w:trPr>
        <w:tc>
          <w:tcPr>
            <w:tcW w:w="6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E58C49D" w14:textId="04D285BA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Kategorija3"/>
                  <w:enabled/>
                  <w:calcOnExit w:val="0"/>
                  <w:helpText w:type="text" w:val="3. Korisnik nacionalne naknade za starije osobe"/>
                  <w:statusText w:type="text" w:val="3. Korisnik nacionalne naknade za starije osobe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2"/>
          </w:p>
        </w:tc>
        <w:tc>
          <w:tcPr>
            <w:tcW w:w="10091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E7B7387" w14:textId="77777777" w:rsidR="007719D2" w:rsidRDefault="00000000">
            <w:r>
              <w:rPr>
                <w:rFonts w:eastAsia="Arial" w:cs="Arial"/>
                <w:b/>
                <w:lang w:val="hr-HR"/>
              </w:rPr>
              <w:t>3. Korisnik nacionalne naknade za starije osobe</w:t>
            </w:r>
          </w:p>
        </w:tc>
      </w:tr>
      <w:bookmarkStart w:id="13" w:name="Kategorija4"/>
      <w:tr w:rsidR="007719D2" w14:paraId="10CF0443" w14:textId="77777777">
        <w:trPr>
          <w:cantSplit/>
          <w:trHeight w:val="380"/>
          <w:jc w:val="center"/>
        </w:trPr>
        <w:tc>
          <w:tcPr>
            <w:tcW w:w="6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47FBF7B" w14:textId="4D4FBBA2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Kategorija4"/>
                  <w:enabled/>
                  <w:calcOnExit w:val="0"/>
                  <w:helpText w:type="text" w:val="4. Korisnik inkluzivnog dodatka"/>
                  <w:statusText w:type="text" w:val="4. Korisnik inkluzivnog dodatka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3"/>
          </w:p>
        </w:tc>
        <w:tc>
          <w:tcPr>
            <w:tcW w:w="10091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3E1999D" w14:textId="77777777" w:rsidR="007719D2" w:rsidRDefault="00000000">
            <w:r>
              <w:rPr>
                <w:rFonts w:eastAsia="Arial" w:cs="Arial"/>
                <w:b/>
                <w:lang w:val="hr-HR"/>
              </w:rPr>
              <w:t>4. Korisnik inkluzivnog dodatka</w:t>
            </w:r>
          </w:p>
        </w:tc>
      </w:tr>
      <w:bookmarkStart w:id="14" w:name="Kategorija5"/>
      <w:tr w:rsidR="007719D2" w14:paraId="7B2B2FFA" w14:textId="77777777">
        <w:trPr>
          <w:cantSplit/>
          <w:trHeight w:val="380"/>
          <w:jc w:val="center"/>
        </w:trPr>
        <w:tc>
          <w:tcPr>
            <w:tcW w:w="6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E34B37" w14:textId="6DF9FEF6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Kategorija5"/>
                  <w:enabled/>
                  <w:calcOnExit w:val="0"/>
                  <w:helpText w:type="text" w:val="5. Nemam mirovinu i stariji/a sam od 65 godina života"/>
                  <w:statusText w:type="text" w:val="5. Nemam mirovinu i stariji/a sam od 65 godina života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4"/>
          </w:p>
        </w:tc>
        <w:tc>
          <w:tcPr>
            <w:tcW w:w="10091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AC964C1" w14:textId="77777777" w:rsidR="007719D2" w:rsidRDefault="00000000">
            <w:r>
              <w:rPr>
                <w:rFonts w:eastAsia="Arial" w:cs="Arial"/>
                <w:b/>
                <w:lang w:val="hr-HR"/>
              </w:rPr>
              <w:t>5. Nemam mirovinu i stariji/a sam od 65 godina života</w:t>
            </w:r>
          </w:p>
        </w:tc>
      </w:tr>
    </w:tbl>
    <w:p w14:paraId="42DC914A" w14:textId="77777777" w:rsidR="007719D2" w:rsidRDefault="007719D2">
      <w:pPr>
        <w:spacing w:line="140" w:lineRule="exact"/>
      </w:pPr>
    </w:p>
    <w:tbl>
      <w:tblPr>
        <w:tblW w:w="0" w:type="auto"/>
        <w:jc w:val="center"/>
        <w:tblBorders>
          <w:top w:val="single" w:sz="4" w:space="0" w:color="757575"/>
          <w:left w:val="single" w:sz="4" w:space="0" w:color="757575"/>
          <w:bottom w:val="single" w:sz="4" w:space="0" w:color="757575"/>
          <w:right w:val="single" w:sz="4" w:space="0" w:color="757575"/>
          <w:insideH w:val="single" w:sz="4" w:space="0" w:color="757575"/>
          <w:insideV w:val="single" w:sz="4" w:space="0" w:color="757575"/>
        </w:tblBorders>
        <w:tblLayout w:type="fixed"/>
        <w:tblLook w:val="04A0" w:firstRow="1" w:lastRow="0" w:firstColumn="1" w:lastColumn="0" w:noHBand="0" w:noVBand="1"/>
      </w:tblPr>
      <w:tblGrid>
        <w:gridCol w:w="10772"/>
      </w:tblGrid>
      <w:tr w:rsidR="007719D2" w14:paraId="3B2D0163" w14:textId="77777777">
        <w:trPr>
          <w:cantSplit/>
          <w:jc w:val="center"/>
        </w:trPr>
        <w:tc>
          <w:tcPr>
            <w:tcW w:w="10772" w:type="dxa"/>
            <w:shd w:val="clear" w:color="auto" w:fill="FAFA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BEAD4F" w14:textId="77777777" w:rsidR="007719D2" w:rsidRDefault="00000000">
            <w:pPr>
              <w:spacing w:after="40"/>
              <w:jc w:val="center"/>
            </w:pPr>
            <w:r>
              <w:rPr>
                <w:rFonts w:eastAsia="Arial" w:cs="Arial"/>
                <w:b/>
                <w:sz w:val="17"/>
                <w:lang w:val="hr-HR"/>
              </w:rPr>
              <w:t>- I Z J A V A -</w:t>
            </w:r>
          </w:p>
          <w:p w14:paraId="080B78FC" w14:textId="77777777" w:rsidR="007719D2" w:rsidRDefault="00000000">
            <w:pPr>
              <w:spacing w:line="264" w:lineRule="auto"/>
              <w:jc w:val="center"/>
            </w:pPr>
            <w:r>
              <w:rPr>
                <w:rFonts w:eastAsia="Arial" w:cs="Arial"/>
                <w:sz w:val="17"/>
                <w:lang w:val="hr-HR"/>
              </w:rPr>
              <w:t>Dobrovoljno dajem potrebne osobne podatke u svrhu isplate božićnice umirovljenicima i socijalnim kategorijama u Općini Gradište, te sam suglasan/na da se obrađuju isključivo u svrhu u koju su prikupljeni, te se u druge svrhe neće koristiti.</w:t>
            </w:r>
          </w:p>
        </w:tc>
      </w:tr>
    </w:tbl>
    <w:p w14:paraId="489B0263" w14:textId="77777777" w:rsidR="007719D2" w:rsidRDefault="00000000">
      <w:pPr>
        <w:spacing w:before="120" w:after="100"/>
      </w:pPr>
      <w:r>
        <w:rPr>
          <w:rFonts w:eastAsia="Arial" w:cs="Arial"/>
          <w:b/>
          <w:sz w:val="18"/>
          <w:lang w:val="hr-HR"/>
        </w:rPr>
        <w:t>PRILOZI (označiti dokumentaciju koja se prilaže uz zahtjev):</w:t>
      </w:r>
    </w:p>
    <w:tbl>
      <w:tblPr>
        <w:tblW w:w="0" w:type="auto"/>
        <w:jc w:val="center"/>
        <w:tblBorders>
          <w:top w:val="single" w:sz="4" w:space="0" w:color="757575"/>
          <w:left w:val="single" w:sz="4" w:space="0" w:color="757575"/>
          <w:bottom w:val="single" w:sz="4" w:space="0" w:color="757575"/>
          <w:right w:val="single" w:sz="4" w:space="0" w:color="757575"/>
          <w:insideH w:val="single" w:sz="4" w:space="0" w:color="757575"/>
          <w:insideV w:val="single" w:sz="4" w:space="0" w:color="757575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0148"/>
      </w:tblGrid>
      <w:tr w:rsidR="007719D2" w14:paraId="4E8FDF97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bookmarkStart w:id="15" w:name="Prilog1"/>
          <w:p w14:paraId="7DB77E7B" w14:textId="10042B5D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1"/>
                  <w:enabled/>
                  <w:calcOnExit w:val="0"/>
                  <w:helpText w:type="text" w:val="1. Preslika važeće osobne iskaznice"/>
                  <w:statusText w:type="text" w:val="1. Preslika važeće osobne iskaznice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5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037C31D1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>1. Preslika važeće osobne iskaznice</w:t>
            </w:r>
          </w:p>
        </w:tc>
      </w:tr>
      <w:bookmarkStart w:id="16" w:name="Prilog2"/>
      <w:tr w:rsidR="007719D2" w14:paraId="3EB8F34D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00817455" w14:textId="77777777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2"/>
                  <w:enabled/>
                  <w:calcOnExit w:val="0"/>
                  <w:helpText w:type="text" w:val="2. Odrezak od mirovine ili potvrda banke ili HZMO-a o isplati mirovine za prethodni mjesec"/>
                  <w:statusText w:type="text" w:val="2. Odrezak od mirovine ili potvrda banke ili HZMO-a o isplati mirovine za prethodni mjesec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6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01589781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>2. Odrezak od mirovine ili potvrda banke ili HZMO-a o isplati mirovine za prethodni mjesec</w:t>
            </w:r>
          </w:p>
        </w:tc>
      </w:tr>
      <w:bookmarkStart w:id="17" w:name="Prilog3"/>
      <w:tr w:rsidR="007719D2" w14:paraId="5060D558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585AA23B" w14:textId="77777777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3"/>
                  <w:enabled/>
                  <w:calcOnExit w:val="0"/>
                  <w:helpText w:type="text" w:val="3. Potvrda HZMO-a da osoba ne prima mirovinu (za osobe starije od 65 god. bez mirovine)"/>
                  <w:statusText w:type="text" w:val="3. Potvrda HZMO-a da osoba ne prima mirovinu (za osobe starije od 65 god. bez mirovine)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7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280E8714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>3. Potvrda HZMO-a da osoba ne prima mirovinu (za osobe starije od 65 god. bez mirovine)</w:t>
            </w:r>
          </w:p>
        </w:tc>
      </w:tr>
      <w:bookmarkStart w:id="18" w:name="Prilog4"/>
      <w:tr w:rsidR="007719D2" w14:paraId="56CE102E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2DE56AF6" w14:textId="25C3E173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4"/>
                  <w:enabled/>
                  <w:calcOnExit w:val="0"/>
                  <w:helpText w:type="text" w:val="4. Preslika dokumenta na kojem je vidljiv IBAN broj i OIB podnositelja (kartica računa / ugovor)"/>
                  <w:statusText w:type="text" w:val="4. Preslika dokumenta na kojem je vidljiv IBAN broj i OIB podnositelja (kartica računa / ugovor)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8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5545189D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>4. Preslika dokumenta na kojem je vidljiv IBAN broj i OIB podnositelja (kartica računa / ugovor)</w:t>
            </w:r>
          </w:p>
        </w:tc>
      </w:tr>
      <w:bookmarkStart w:id="19" w:name="Prilog5"/>
      <w:tr w:rsidR="007719D2" w14:paraId="0DAE6075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3A4FAA0D" w14:textId="77777777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5"/>
                  <w:enabled/>
                  <w:calcOnExit w:val="0"/>
                  <w:helpText w:type="text" w:val="5. Preslika Rješenja o ostvarivanju prava na zajamčenu minimalnu naknadu"/>
                  <w:statusText w:type="text" w:val="5. Preslika Rješenja o ostvarivanju prava na zajamčenu minimalnu naknadu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19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1D3B796F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>5. Preslika Rješenja o ostvarivanju prava na zajamčenu minimalnu naknadu</w:t>
            </w:r>
          </w:p>
        </w:tc>
      </w:tr>
      <w:bookmarkStart w:id="20" w:name="Prilog6"/>
      <w:tr w:rsidR="007719D2" w14:paraId="4122645B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75B726C4" w14:textId="0E91AF27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6"/>
                  <w:enabled/>
                  <w:calcOnExit w:val="0"/>
                  <w:helpText w:type="text" w:val="6. Preslika Rješenja o ostvarivanju prava na inkluzivni dodatak"/>
                  <w:statusText w:type="text" w:val="6. Preslika Rješenja o ostvarivanju prava na inkluzivni dodatak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20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0E572B3C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>6. Preslika Rješenja o ostvarivanju prava na inkluzivni dodatak</w:t>
            </w:r>
          </w:p>
        </w:tc>
      </w:tr>
      <w:bookmarkStart w:id="21" w:name="Prilog7"/>
      <w:tr w:rsidR="007719D2" w14:paraId="5025734F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5F70BC71" w14:textId="41500F28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7"/>
                  <w:enabled/>
                  <w:calcOnExit w:val="0"/>
                  <w:helpText w:type="text" w:val="7. Preslika Rješenja o ostvarivanju prava na nacionalnu naknadu za starije osobe"/>
                  <w:statusText w:type="text" w:val="7. Preslika Rješenja o ostvarivanju prava na nacionalnu naknadu za starije osobe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 w:rsidR="00B42D1E"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21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02FA1C89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>7. Preslika Rješenja o ostvarivanju prava na nacionalnu naknadu za starije osobe</w:t>
            </w:r>
          </w:p>
        </w:tc>
      </w:tr>
      <w:bookmarkStart w:id="22" w:name="Prilog8"/>
      <w:tr w:rsidR="007719D2" w14:paraId="42EF60C6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47C578BD" w14:textId="77777777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8"/>
                  <w:enabled/>
                  <w:calcOnExit w:val="0"/>
                  <w:helpText w:type="text" w:val="8. Izjava da podnositelj nema otvoren tekući račun (isplata u gotovini na blagajni)"/>
                  <w:statusText w:type="text" w:val="8. Izjava da podnositelj nema otvoren tekući račun (isplata u gotovini na blagajni)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22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7DB5CFBC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>8. Izjava da podnositelj nema otvoren tekući račun (isplata u gotovini na blagajni)</w:t>
            </w:r>
          </w:p>
        </w:tc>
      </w:tr>
      <w:bookmarkStart w:id="23" w:name="Prilog9"/>
      <w:tr w:rsidR="007719D2" w14:paraId="16076CB3" w14:textId="77777777">
        <w:trPr>
          <w:cantSplit/>
          <w:trHeight w:val="300"/>
          <w:jc w:val="center"/>
        </w:trPr>
        <w:tc>
          <w:tcPr>
            <w:tcW w:w="624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746060F8" w14:textId="77777777" w:rsidR="007719D2" w:rsidRDefault="00000000">
            <w:pPr>
              <w:jc w:val="center"/>
            </w:pPr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Prilog9"/>
                  <w:enabled/>
                  <w:calcOnExit w:val="0"/>
                  <w:helpText w:type="text" w:val="9. Dodatna dokumentacija (punomoć / rješenje): "/>
                  <w:statusText w:type="text" w:val="9. Dodatna dokumentacija (punomoć / rješenje): 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FORMCHECKBOX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23"/>
          </w:p>
        </w:tc>
        <w:tc>
          <w:tcPr>
            <w:tcW w:w="10148" w:type="dxa"/>
            <w:tcMar>
              <w:top w:w="20" w:type="dxa"/>
              <w:left w:w="105" w:type="dxa"/>
              <w:bottom w:w="20" w:type="dxa"/>
              <w:right w:w="105" w:type="dxa"/>
            </w:tcMar>
            <w:vAlign w:val="center"/>
          </w:tcPr>
          <w:p w14:paraId="30751084" w14:textId="77777777" w:rsidR="007719D2" w:rsidRDefault="00000000">
            <w:r>
              <w:rPr>
                <w:rFonts w:eastAsia="Arial" w:cs="Arial"/>
                <w:sz w:val="18"/>
                <w:lang w:val="hr-HR"/>
              </w:rPr>
              <w:t xml:space="preserve">9. Dodatna dokumentacija (punomoć / rješenje): </w:t>
            </w:r>
            <w:bookmarkStart w:id="24" w:name="DodatnaDokumentacija"/>
            <w:r>
              <w:rPr>
                <w:rFonts w:eastAsia="Arial" w:cs="Arial"/>
                <w:sz w:val="18"/>
                <w:lang w:val="hr-HR"/>
              </w:rPr>
              <w:fldChar w:fldCharType="begin">
                <w:ffData>
                  <w:name w:val="DodatnaDokumentacija"/>
                  <w:enabled/>
                  <w:calcOnExit w:val="0"/>
                  <w:helpText w:type="text" w:val="Opišite dodatnu dokumentaciju koju prilažete zahtjevu."/>
                  <w:statusText w:type="text" w:val="Opišite dodatnu dokumentaciju koju prilažete zahtjevu."/>
                  <w:textInput>
                    <w:maxLength w:val="90"/>
                  </w:textInput>
                </w:ffData>
              </w:fldChar>
            </w:r>
            <w:r>
              <w:rPr>
                <w:rFonts w:eastAsia="Arial" w:cs="Arial"/>
                <w:sz w:val="18"/>
                <w:lang w:val="hr-HR"/>
              </w:rPr>
              <w:instrText xml:space="preserve"> FORMTEXT </w:instrText>
            </w:r>
            <w:r>
              <w:rPr>
                <w:rFonts w:eastAsia="Arial" w:cs="Arial"/>
                <w:sz w:val="18"/>
                <w:lang w:val="hr-HR"/>
              </w:rPr>
            </w:r>
            <w:r>
              <w:rPr>
                <w:rFonts w:eastAsia="Arial" w:cs="Arial"/>
                <w:sz w:val="18"/>
                <w:lang w:val="hr-HR"/>
              </w:rPr>
              <w:fldChar w:fldCharType="separate"/>
            </w:r>
            <w:r>
              <w:rPr>
                <w:rFonts w:eastAsia="Arial" w:cs="Arial"/>
                <w:noProof/>
                <w:sz w:val="18"/>
                <w:shd w:val="clear" w:color="auto" w:fill="EDF1F4"/>
                <w:lang w:val="hr-HR"/>
              </w:rPr>
              <w:t>     </w:t>
            </w:r>
            <w:r>
              <w:rPr>
                <w:rFonts w:eastAsia="Arial" w:cs="Arial"/>
                <w:sz w:val="18"/>
                <w:lang w:val="hr-HR"/>
              </w:rPr>
              <w:fldChar w:fldCharType="end"/>
            </w:r>
            <w:bookmarkEnd w:id="24"/>
          </w:p>
        </w:tc>
      </w:tr>
    </w:tbl>
    <w:p w14:paraId="35E1D337" w14:textId="77777777" w:rsidR="007719D2" w:rsidRDefault="007719D2">
      <w:pPr>
        <w:spacing w:line="720" w:lineRule="exact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87"/>
        <w:gridCol w:w="3685"/>
      </w:tblGrid>
      <w:tr w:rsidR="007719D2" w14:paraId="7F57AD55" w14:textId="77777777">
        <w:trPr>
          <w:cantSplit/>
          <w:jc w:val="center"/>
        </w:trPr>
        <w:tc>
          <w:tcPr>
            <w:tcW w:w="70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0A3B2" w14:textId="77777777" w:rsidR="007719D2" w:rsidRDefault="00000000">
            <w:r>
              <w:rPr>
                <w:rFonts w:eastAsia="Arial" w:cs="Arial"/>
                <w:sz w:val="21"/>
                <w:lang w:val="hr-HR"/>
              </w:rPr>
              <w:t xml:space="preserve">U Gradištu, </w:t>
            </w:r>
            <w:bookmarkStart w:id="25" w:name="Datum"/>
            <w:r>
              <w:rPr>
                <w:rFonts w:eastAsia="Arial" w:cs="Arial"/>
                <w:sz w:val="21"/>
                <w:lang w:val="hr-HR"/>
              </w:rPr>
              <w:fldChar w:fldCharType="begin">
                <w:ffData>
                  <w:name w:val="Datum"/>
                  <w:enabled/>
                  <w:calcOnExit w:val="0"/>
                  <w:helpText w:type="text" w:val="Unesite dan i mjesec podnošenja zahtjeva. Godina 2026. već je upisana."/>
                  <w:statusText w:type="text" w:val="Unesite dan i mjesec podnošenja zahtjeva. Godina 2026. već je upisana."/>
                  <w:textInput>
                    <w:maxLength w:val="20"/>
                  </w:textInput>
                </w:ffData>
              </w:fldChar>
            </w:r>
            <w:r>
              <w:rPr>
                <w:rFonts w:eastAsia="Arial" w:cs="Arial"/>
                <w:sz w:val="21"/>
                <w:lang w:val="hr-HR"/>
              </w:rPr>
              <w:instrText xml:space="preserve"> FORMTEXT </w:instrText>
            </w:r>
            <w:r>
              <w:rPr>
                <w:rFonts w:eastAsia="Arial" w:cs="Arial"/>
                <w:sz w:val="21"/>
                <w:lang w:val="hr-HR"/>
              </w:rPr>
            </w:r>
            <w:r>
              <w:rPr>
                <w:rFonts w:eastAsia="Arial" w:cs="Arial"/>
                <w:sz w:val="21"/>
                <w:lang w:val="hr-HR"/>
              </w:rPr>
              <w:fldChar w:fldCharType="separate"/>
            </w:r>
            <w:r>
              <w:rPr>
                <w:rFonts w:eastAsia="Arial" w:cs="Arial"/>
                <w:noProof/>
                <w:sz w:val="21"/>
                <w:shd w:val="clear" w:color="auto" w:fill="EDF1F4"/>
                <w:lang w:val="hr-HR"/>
              </w:rPr>
              <w:t>     </w:t>
            </w:r>
            <w:r>
              <w:rPr>
                <w:rFonts w:eastAsia="Arial" w:cs="Arial"/>
                <w:sz w:val="21"/>
                <w:lang w:val="hr-HR"/>
              </w:rPr>
              <w:fldChar w:fldCharType="end"/>
            </w:r>
            <w:bookmarkEnd w:id="25"/>
            <w:r>
              <w:rPr>
                <w:rFonts w:eastAsia="Arial" w:cs="Arial"/>
                <w:sz w:val="21"/>
                <w:lang w:val="hr-HR"/>
              </w:rPr>
              <w:t xml:space="preserve"> 2026. godine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BEC8" w14:textId="77777777" w:rsidR="007719D2" w:rsidRDefault="00000000">
            <w:pPr>
              <w:pBdr>
                <w:top w:val="single" w:sz="6" w:space="4" w:color="000000"/>
              </w:pBdr>
              <w:jc w:val="center"/>
            </w:pPr>
            <w:r>
              <w:rPr>
                <w:rFonts w:eastAsia="Arial" w:cs="Arial"/>
                <w:b/>
                <w:sz w:val="18"/>
                <w:lang w:val="hr-HR"/>
              </w:rPr>
              <w:t>Potpis podnositelja Zahtjeva</w:t>
            </w:r>
          </w:p>
        </w:tc>
      </w:tr>
    </w:tbl>
    <w:p w14:paraId="61A19C4D" w14:textId="77777777" w:rsidR="00F90E00" w:rsidRDefault="00F90E00"/>
    <w:sectPr w:rsidR="00F90E00" w:rsidSect="00034616">
      <w:pgSz w:w="11906" w:h="16838"/>
      <w:pgMar w:top="283" w:right="567" w:bottom="680" w:left="567" w:header="113" w:footer="283" w:gutter="0"/>
      <w:cols w:space="720"/>
      <w:formProt w:val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5724792">
    <w:abstractNumId w:val="8"/>
  </w:num>
  <w:num w:numId="2" w16cid:durableId="1849521458">
    <w:abstractNumId w:val="6"/>
  </w:num>
  <w:num w:numId="3" w16cid:durableId="890187715">
    <w:abstractNumId w:val="5"/>
  </w:num>
  <w:num w:numId="4" w16cid:durableId="960188204">
    <w:abstractNumId w:val="4"/>
  </w:num>
  <w:num w:numId="5" w16cid:durableId="188222545">
    <w:abstractNumId w:val="7"/>
  </w:num>
  <w:num w:numId="6" w16cid:durableId="1917279402">
    <w:abstractNumId w:val="3"/>
  </w:num>
  <w:num w:numId="7" w16cid:durableId="2004770830">
    <w:abstractNumId w:val="2"/>
  </w:num>
  <w:num w:numId="8" w16cid:durableId="1626815533">
    <w:abstractNumId w:val="1"/>
  </w:num>
  <w:num w:numId="9" w16cid:durableId="141717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0wZb98TrC++d2mktr2hfLA6NDLwEbwSUNWziRalW1o3QeaTQ4PgO/RXeKmy6A74bth5qR1Edz0oyoDwqy7h6w==" w:salt="20LdovqEy2KozBBocoYwkw==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5C6B"/>
    <w:rsid w:val="00326F90"/>
    <w:rsid w:val="007719D2"/>
    <w:rsid w:val="00AA1D8D"/>
    <w:rsid w:val="00B42D1E"/>
    <w:rsid w:val="00B47730"/>
    <w:rsid w:val="00CB0664"/>
    <w:rsid w:val="00D63B0C"/>
    <w:rsid w:val="00E12E19"/>
    <w:rsid w:val="00F90E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4448A"/>
  <w14:defaultImageDpi w14:val="300"/>
  <w15:docId w15:val="{7E7A1D39-72E4-4197-9D8C-9CAFA51F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widowControl w:val="0"/>
      <w:spacing w:after="0" w:line="240" w:lineRule="auto"/>
    </w:pPr>
    <w:rPr>
      <w:rFonts w:ascii="Arial" w:hAnsi="Arial"/>
      <w:color w:val="000000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17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ostvarivanje prava na božićnicu za 2026. godinu</dc:title>
  <dc:subject>Zaštićeni obrazac za popunjavanje u Microsoft Wordu</dc:subject>
  <dc:creator>Općina Gradište</dc:creator>
  <cp:keywords>božićnica, 2026, Općina Gradište, obrazac</cp:keywords>
  <dc:description/>
  <cp:lastModifiedBy>Korisnik</cp:lastModifiedBy>
  <cp:revision>4</cp:revision>
  <dcterms:created xsi:type="dcterms:W3CDTF">2013-12-23T23:15:00Z</dcterms:created>
  <dcterms:modified xsi:type="dcterms:W3CDTF">2026-10-29T12:25:00Z</dcterms:modified>
  <cp:category/>
</cp:coreProperties>
</file>